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第十二周 - 生技1222扶宝欣</w:t>
      </w:r>
    </w:p>
    <w:p>
      <w:pPr>
        <w:jc w:val="left"/>
      </w:pPr>
      <w:r>
        <w:rPr>
          <w:b/>
          <w:sz w:val="20"/>
        </w:rPr>
        <w:t>12-10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48336" cy="768959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3ddac838761d53b9b27f3812314838d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336" cy="76895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142ddc37ae0df7920b6a368b6a3ca5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12-11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48336" cy="768959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39557d22af9a9fb7b430e84ab50aae5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336" cy="76895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26489e41adb32669945ff825b452639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12-13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38575" cy="768959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f435ab1e336e42f3ed7bcefb2fa1ac6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75" cy="76895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0e0dfa6aa8930f7dc598282928e73c5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