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第十一周 - 生技1222扶宝欣</w:t>
      </w:r>
    </w:p>
    <w:p>
      <w:pPr>
        <w:jc w:val="left"/>
      </w:pPr>
      <w:r>
        <w:rPr>
          <w:b/>
          <w:sz w:val="20"/>
        </w:rPr>
        <w:t>12-2</w:t>
      </w:r>
    </w:p>
    <w:tbl>
      <w:tblPr>
        <w:tblW w:type="auto" w:w="0"/>
        <w:tblLayout w:type="fixed"/>
        <w:tblLook w:firstColumn="1" w:firstRow="1" w:lastColumn="0" w:lastRow="0" w:noHBand="0" w:noVBand="1" w:val="04A0"/>
        <w:tblLayout w:type="fixed"/>
      </w:tblPr>
      <w:tblGrid>
        <w:gridCol w:w="5553"/>
        <w:gridCol w:w="5553"/>
      </w:tblGrid>
      <w:tr>
        <w:tc>
          <w:tcPr>
            <w:tcW w:type="dxa" w:w="6236"/>
          </w:tcPr>
          <w:p>
            <w:pPr>
              <w:jc w:val="left"/>
            </w:pPr>
            <w:r>
              <w:drawing>
                <wp:inline xmlns:a="http://schemas.openxmlformats.org/drawingml/2006/main" xmlns:pic="http://schemas.openxmlformats.org/drawingml/2006/picture">
                  <wp:extent cx="1168204" cy="7689595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0110619defc273aaaea58e07ac6836cc.jp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8204" cy="768959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535"/>
          </w:tcPr>
          <w:p>
            <w:pPr>
              <w:jc w:val="right"/>
            </w:pPr>
            <w:r>
              <w:drawing>
                <wp:inline xmlns:a="http://schemas.openxmlformats.org/drawingml/2006/main" xmlns:pic="http://schemas.openxmlformats.org/drawingml/2006/picture">
                  <wp:extent cx="2916000" cy="6480000"/>
                  <wp:docPr id="2" name="Picture 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e7876604f337e24058311e34b406dce6.jp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6000" cy="6480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r>
        <w:rPr>
          <w:sz w:val="8"/>
        </w:rPr>
      </w:r>
    </w:p>
    <w:p>
      <w:pPr>
        <w:jc w:val="left"/>
      </w:pPr>
      <w:r>
        <w:rPr>
          <w:b/>
          <w:sz w:val="20"/>
        </w:rPr>
        <w:t>12-3</w:t>
      </w:r>
    </w:p>
    <w:tbl>
      <w:tblPr>
        <w:tblW w:type="auto" w:w="0"/>
        <w:tblLayout w:type="fixed"/>
        <w:tblLook w:firstColumn="1" w:firstRow="1" w:lastColumn="0" w:lastRow="0" w:noHBand="0" w:noVBand="1" w:val="04A0"/>
        <w:tblLayout w:type="fixed"/>
      </w:tblPr>
      <w:tblGrid>
        <w:gridCol w:w="5553"/>
        <w:gridCol w:w="5553"/>
      </w:tblGrid>
      <w:tr>
        <w:tc>
          <w:tcPr>
            <w:tcW w:type="dxa" w:w="6236"/>
          </w:tcPr>
          <w:p>
            <w:pPr>
              <w:jc w:val="left"/>
            </w:pPr>
            <w:r>
              <w:drawing>
                <wp:inline xmlns:a="http://schemas.openxmlformats.org/drawingml/2006/main" xmlns:pic="http://schemas.openxmlformats.org/drawingml/2006/picture">
                  <wp:extent cx="1092732" cy="7689596"/>
                  <wp:docPr id="3" name="Picture 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cd658741269419adb46978e30e62c80e.jp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2732" cy="7689596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535"/>
          </w:tcPr>
          <w:p>
            <w:pPr>
              <w:jc w:val="right"/>
            </w:pPr>
            <w:r>
              <w:drawing>
                <wp:inline xmlns:a="http://schemas.openxmlformats.org/drawingml/2006/main" xmlns:pic="http://schemas.openxmlformats.org/drawingml/2006/picture">
                  <wp:extent cx="2916000" cy="6480000"/>
                  <wp:docPr id="4" name="Picture 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1e62e452c186691355896bea13436d4a.jp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6000" cy="6480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r>
        <w:rPr>
          <w:sz w:val="8"/>
        </w:rPr>
      </w:r>
    </w:p>
    <w:p>
      <w:pPr>
        <w:jc w:val="left"/>
      </w:pPr>
      <w:r>
        <w:rPr>
          <w:b/>
          <w:sz w:val="20"/>
        </w:rPr>
        <w:t>12-6</w:t>
      </w:r>
    </w:p>
    <w:tbl>
      <w:tblPr>
        <w:tblW w:type="auto" w:w="0"/>
        <w:tblLayout w:type="fixed"/>
        <w:tblLook w:firstColumn="1" w:firstRow="1" w:lastColumn="0" w:lastRow="0" w:noHBand="0" w:noVBand="1" w:val="04A0"/>
        <w:tblLayout w:type="fixed"/>
      </w:tblPr>
      <w:tblGrid>
        <w:gridCol w:w="5553"/>
        <w:gridCol w:w="5553"/>
      </w:tblGrid>
      <w:tr>
        <w:tc>
          <w:tcPr>
            <w:tcW w:type="dxa" w:w="6236"/>
          </w:tcPr>
          <w:p>
            <w:pPr>
              <w:jc w:val="left"/>
            </w:pPr>
            <w:r>
              <w:drawing>
                <wp:inline xmlns:a="http://schemas.openxmlformats.org/drawingml/2006/main" xmlns:pic="http://schemas.openxmlformats.org/drawingml/2006/picture">
                  <wp:extent cx="1138575" cy="7689598"/>
                  <wp:docPr id="5" name="Picture 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2668a4058ac1410e7261a8f90fa383a8.jp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8575" cy="7689598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535"/>
          </w:tcPr>
          <w:p>
            <w:pPr>
              <w:jc w:val="right"/>
            </w:pPr>
            <w:r>
              <w:drawing>
                <wp:inline xmlns:a="http://schemas.openxmlformats.org/drawingml/2006/main" xmlns:pic="http://schemas.openxmlformats.org/drawingml/2006/picture">
                  <wp:extent cx="2916000" cy="6480000"/>
                  <wp:docPr id="6" name="Picture 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1535dc4a99a4453c6b9a888d922860d5.jp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6000" cy="6480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sectPr w:rsidR="00FC693F" w:rsidRPr="0006063C" w:rsidSect="00034616">
      <w:pgSz w:w="12240" w:h="15840"/>
      <w:pgMar w:top="567" w:right="567" w:bottom="56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jpg"/><Relationship Id="rId10" Type="http://schemas.openxmlformats.org/officeDocument/2006/relationships/image" Target="media/image2.jpg"/><Relationship Id="rId11" Type="http://schemas.openxmlformats.org/officeDocument/2006/relationships/image" Target="media/image3.jpg"/><Relationship Id="rId12" Type="http://schemas.openxmlformats.org/officeDocument/2006/relationships/image" Target="media/image4.jpg"/><Relationship Id="rId13" Type="http://schemas.openxmlformats.org/officeDocument/2006/relationships/image" Target="media/image5.jpg"/><Relationship Id="rId14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