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第十周 - 生技1222扶宝欣</w:t>
      </w:r>
    </w:p>
    <w:p>
      <w:pPr>
        <w:jc w:val="left"/>
      </w:pPr>
      <w:r>
        <w:rPr>
          <w:b/>
          <w:sz w:val="20"/>
        </w:rPr>
        <w:t>11-25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19693" cy="76895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68abec969e9606dc9c7f659e0952ac2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693" cy="7689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4304c98344c0266c6d2e321abe1d85b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11-26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95182" cy="768959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38278fa94116599746ee9d180dfc9d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182" cy="76895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81731a1c0e7ef6b0dd768b854ce766c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11-27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68412" cy="7689599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fe3eeb87aa026eb9cd54fbdb9b32d1a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412" cy="7689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e377485bcf0217b57765530bb05b7d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11-29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58336" cy="7689595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54f970debb3d0fc3846a6e9a87258bc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336" cy="7689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3905caee964749a7c3bb444ed2f8b58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