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第九周 - 生技1222扶宝欣</w:t>
      </w:r>
    </w:p>
    <w:p>
      <w:pPr>
        <w:jc w:val="left"/>
      </w:pPr>
      <w:r>
        <w:rPr>
          <w:b/>
          <w:sz w:val="20"/>
        </w:rPr>
        <w:t>11-18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48336" cy="768959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154d28f822417da34dd039b87e7578d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336" cy="76895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29d7944acbcece7edf3ced32a39ebd4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11-19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42003" cy="7689596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0ce285118d0302dbc6df11d3902c6f8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03" cy="76895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76667086754ac4dc064c3c8b2f353d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11-20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99417" cy="7689596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4097df38c200056aecedc9ac18e660a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417" cy="76895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aee6f325172ea0f39e39a1af80c1a8b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