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第八周 - 生技1222扶宝欣</w:t>
      </w:r>
    </w:p>
    <w:p>
      <w:pPr>
        <w:jc w:val="left"/>
      </w:pPr>
      <w:r>
        <w:rPr>
          <w:b/>
          <w:sz w:val="20"/>
        </w:rPr>
        <w:t>11-10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5553"/>
        <w:gridCol w:w="5553"/>
      </w:tblGrid>
      <w:tr>
        <w:tc>
          <w:tcPr>
            <w:tcW w:type="dxa" w:w="6236"/>
          </w:tcPr>
          <w:p>
            <w:pPr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1192699" cy="7689595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d7aa440596a0faaed0a67bffb7c3fc32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2699" cy="76895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535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2916000" cy="648000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592ee657679be5cd9c9374add18ee6e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000" cy="648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rPr>
          <w:sz w:val="8"/>
        </w:rPr>
      </w:r>
    </w:p>
    <w:p>
      <w:pPr>
        <w:jc w:val="left"/>
      </w:pPr>
      <w:r>
        <w:rPr>
          <w:b/>
          <w:sz w:val="20"/>
        </w:rPr>
        <w:t>11-11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5553"/>
        <w:gridCol w:w="5553"/>
      </w:tblGrid>
      <w:tr>
        <w:tc>
          <w:tcPr>
            <w:tcW w:type="dxa" w:w="6236"/>
          </w:tcPr>
          <w:p>
            <w:pPr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1125002" cy="7689597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e75f9eb10228ca3af80e475c9d19dcb8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002" cy="768959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535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2916000" cy="6480000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997e3d8adfec34e53aee05f53000431d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000" cy="648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rPr>
          <w:sz w:val="8"/>
        </w:rPr>
      </w:r>
    </w:p>
    <w:p>
      <w:pPr>
        <w:jc w:val="left"/>
      </w:pPr>
      <w:r>
        <w:rPr>
          <w:b/>
          <w:sz w:val="20"/>
        </w:rPr>
        <w:t>11-12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5553"/>
        <w:gridCol w:w="5553"/>
      </w:tblGrid>
      <w:tr>
        <w:tc>
          <w:tcPr>
            <w:tcW w:type="dxa" w:w="6236"/>
          </w:tcPr>
          <w:p>
            <w:pPr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1089578" cy="7689596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510a7b6026accec3ff13c4aa21a2bfbf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578" cy="768959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535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2916000" cy="64800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459c44881f683b5b239a7b1093707d1f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000" cy="648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sectPr w:rsidR="00FC693F" w:rsidRPr="0006063C" w:rsidSect="00034616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