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第七周 - 生技1222扶宝欣</w:t>
      </w:r>
    </w:p>
    <w:p>
      <w:pPr>
        <w:jc w:val="left"/>
      </w:pPr>
      <w:r>
        <w:rPr>
          <w:b/>
          <w:sz w:val="20"/>
        </w:rPr>
        <w:t>11-3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88772" cy="768959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0ca64f8c187e5538b142b5d123c4e64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72" cy="76895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964f96f39b48d6d03b5f356c6e28548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11-4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34376" cy="7689599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8232201fab51d39cdd7d63783351cbd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376" cy="76895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9a3ca84b70d19940803d913f93f423b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11-8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87073" cy="7689595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f5c1563a8bf99021b17e0f35188b48c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073" cy="7689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134059e3c24dbd788e3cfc787c20cba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